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6C3D0" w14:textId="75AF792B" w:rsidR="00F708D1" w:rsidRPr="001731A9" w:rsidRDefault="006F2CBD" w:rsidP="0018638F">
      <w:pPr>
        <w:pStyle w:val="Cmsor1"/>
        <w:rPr>
          <w:sz w:val="36"/>
          <w:szCs w:val="36"/>
        </w:rPr>
      </w:pPr>
      <w:r w:rsidRPr="001731A9"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31ADB76A" wp14:editId="71B72591">
            <wp:simplePos x="0" y="0"/>
            <wp:positionH relativeFrom="column">
              <wp:posOffset>4879340</wp:posOffset>
            </wp:positionH>
            <wp:positionV relativeFrom="paragraph">
              <wp:posOffset>316865</wp:posOffset>
            </wp:positionV>
            <wp:extent cx="1762125" cy="966470"/>
            <wp:effectExtent l="0" t="0" r="9525" b="5080"/>
            <wp:wrapTight wrapText="bothSides">
              <wp:wrapPolygon edited="0">
                <wp:start x="0" y="0"/>
                <wp:lineTo x="0" y="21288"/>
                <wp:lineTo x="21483" y="21288"/>
                <wp:lineTo x="21483" y="0"/>
                <wp:lineTo x="0" y="0"/>
              </wp:wrapPolygon>
            </wp:wrapTight>
            <wp:docPr id="831883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3DE3">
        <w:rPr>
          <w:sz w:val="36"/>
          <w:szCs w:val="36"/>
        </w:rPr>
        <w:t>Összeszerelési</w:t>
      </w:r>
      <w:proofErr w:type="spellEnd"/>
      <w:r w:rsidR="00C23DE3">
        <w:rPr>
          <w:sz w:val="36"/>
          <w:szCs w:val="36"/>
        </w:rPr>
        <w:t xml:space="preserve"> </w:t>
      </w:r>
      <w:proofErr w:type="spellStart"/>
      <w:r w:rsidR="00C23DE3">
        <w:rPr>
          <w:sz w:val="36"/>
          <w:szCs w:val="36"/>
        </w:rPr>
        <w:t>útmutató</w:t>
      </w:r>
      <w:proofErr w:type="spellEnd"/>
      <w:r w:rsidR="00C23DE3">
        <w:rPr>
          <w:sz w:val="36"/>
          <w:szCs w:val="36"/>
        </w:rPr>
        <w:t xml:space="preserve"> a </w:t>
      </w:r>
      <w:proofErr w:type="spellStart"/>
      <w:r w:rsidRPr="001731A9">
        <w:rPr>
          <w:sz w:val="36"/>
          <w:szCs w:val="36"/>
        </w:rPr>
        <w:t>Vailant</w:t>
      </w:r>
      <w:proofErr w:type="spellEnd"/>
      <w:r w:rsidR="00C23DE3">
        <w:rPr>
          <w:sz w:val="36"/>
          <w:szCs w:val="36"/>
        </w:rPr>
        <w:t xml:space="preserve">, </w:t>
      </w:r>
      <w:proofErr w:type="spellStart"/>
      <w:r w:rsidR="00C23DE3">
        <w:rPr>
          <w:sz w:val="36"/>
          <w:szCs w:val="36"/>
        </w:rPr>
        <w:t>Avenor</w:t>
      </w:r>
      <w:proofErr w:type="spellEnd"/>
      <w:r w:rsidR="00C23DE3">
        <w:rPr>
          <w:sz w:val="36"/>
          <w:szCs w:val="36"/>
        </w:rPr>
        <w:t>, Enzo, Mattoni</w:t>
      </w:r>
      <w:r w:rsidRPr="001731A9">
        <w:rPr>
          <w:sz w:val="36"/>
          <w:szCs w:val="36"/>
        </w:rPr>
        <w:t xml:space="preserve"> </w:t>
      </w:r>
      <w:proofErr w:type="spellStart"/>
      <w:r w:rsidRPr="001731A9">
        <w:rPr>
          <w:sz w:val="36"/>
          <w:szCs w:val="36"/>
        </w:rPr>
        <w:t>ágy</w:t>
      </w:r>
      <w:r w:rsidR="00C23DE3">
        <w:rPr>
          <w:sz w:val="36"/>
          <w:szCs w:val="36"/>
        </w:rPr>
        <w:t>akhoz</w:t>
      </w:r>
      <w:proofErr w:type="spellEnd"/>
    </w:p>
    <w:p w14:paraId="6922CADE" w14:textId="2974A6D6" w:rsidR="00F708D1" w:rsidRDefault="00573BCF" w:rsidP="00854FE3">
      <w:proofErr w:type="spellStart"/>
      <w:r>
        <w:t>Tisztelt</w:t>
      </w:r>
      <w:proofErr w:type="spellEnd"/>
      <w:r>
        <w:t xml:space="preserve"> </w:t>
      </w:r>
      <w:proofErr w:type="spellStart"/>
      <w:r>
        <w:t>Vásárló</w:t>
      </w:r>
      <w:proofErr w:type="spellEnd"/>
      <w:r>
        <w:t>!</w:t>
      </w:r>
      <w:r>
        <w:br/>
      </w:r>
      <w:r w:rsidR="00854FE3" w:rsidRPr="00854FE3">
        <w:t xml:space="preserve">Az </w:t>
      </w:r>
      <w:proofErr w:type="spellStart"/>
      <w:r w:rsidR="00854FE3" w:rsidRPr="00854FE3">
        <w:t>alábbi</w:t>
      </w:r>
      <w:proofErr w:type="spellEnd"/>
      <w:r w:rsidR="00854FE3" w:rsidRPr="00854FE3">
        <w:t xml:space="preserve"> </w:t>
      </w:r>
      <w:proofErr w:type="spellStart"/>
      <w:r w:rsidR="00854FE3" w:rsidRPr="00854FE3">
        <w:t>összeszerelési</w:t>
      </w:r>
      <w:proofErr w:type="spellEnd"/>
      <w:r w:rsidR="00854FE3" w:rsidRPr="00854FE3">
        <w:t xml:space="preserve"> </w:t>
      </w:r>
      <w:proofErr w:type="spellStart"/>
      <w:r w:rsidR="00854FE3" w:rsidRPr="00854FE3">
        <w:t>útmutató</w:t>
      </w:r>
      <w:proofErr w:type="spellEnd"/>
      <w:r w:rsidR="00854FE3" w:rsidRPr="00854FE3">
        <w:t xml:space="preserve"> </w:t>
      </w:r>
      <w:proofErr w:type="spellStart"/>
      <w:r w:rsidR="00854FE3" w:rsidRPr="00854FE3">
        <w:t>lépésről</w:t>
      </w:r>
      <w:proofErr w:type="spellEnd"/>
      <w:r w:rsidR="00854FE3" w:rsidRPr="00854FE3">
        <w:t xml:space="preserve"> </w:t>
      </w:r>
      <w:proofErr w:type="spellStart"/>
      <w:r w:rsidR="00854FE3" w:rsidRPr="00854FE3">
        <w:t>lépésre</w:t>
      </w:r>
      <w:proofErr w:type="spellEnd"/>
      <w:r w:rsidR="00854FE3" w:rsidRPr="00854FE3">
        <w:t xml:space="preserve"> </w:t>
      </w:r>
      <w:proofErr w:type="spellStart"/>
      <w:r w:rsidR="00854FE3" w:rsidRPr="00854FE3">
        <w:t>segít</w:t>
      </w:r>
      <w:proofErr w:type="spellEnd"/>
      <w:r w:rsidR="00854FE3" w:rsidRPr="00854FE3">
        <w:t xml:space="preserve"> </w:t>
      </w:r>
      <w:proofErr w:type="spellStart"/>
      <w:r w:rsidR="00854FE3" w:rsidRPr="00854FE3">
        <w:t>abban</w:t>
      </w:r>
      <w:proofErr w:type="spellEnd"/>
      <w:r w:rsidR="00854FE3" w:rsidRPr="00854FE3">
        <w:t xml:space="preserve">, </w:t>
      </w:r>
      <w:proofErr w:type="spellStart"/>
      <w:r w:rsidR="00854FE3" w:rsidRPr="00854FE3">
        <w:t>hogy</w:t>
      </w:r>
      <w:proofErr w:type="spellEnd"/>
      <w:r w:rsidR="00854FE3" w:rsidRPr="00854FE3">
        <w:t xml:space="preserve"> </w:t>
      </w:r>
      <w:proofErr w:type="spellStart"/>
      <w:r w:rsidR="00854FE3" w:rsidRPr="00854FE3">
        <w:t>az</w:t>
      </w:r>
      <w:proofErr w:type="spellEnd"/>
      <w:r w:rsidR="00854FE3" w:rsidRPr="00854FE3">
        <w:t xml:space="preserve"> </w:t>
      </w:r>
      <w:proofErr w:type="spellStart"/>
      <w:r w:rsidR="00854FE3" w:rsidRPr="00854FE3">
        <w:t>ágyat</w:t>
      </w:r>
      <w:proofErr w:type="spellEnd"/>
      <w:r w:rsidR="00854FE3" w:rsidRPr="00854FE3">
        <w:t xml:space="preserve"> </w:t>
      </w:r>
      <w:proofErr w:type="spellStart"/>
      <w:r w:rsidR="00854FE3" w:rsidRPr="00854FE3">
        <w:t>gyorsan</w:t>
      </w:r>
      <w:proofErr w:type="spellEnd"/>
      <w:r w:rsidR="00854FE3" w:rsidRPr="00854FE3">
        <w:t xml:space="preserve"> és </w:t>
      </w:r>
      <w:proofErr w:type="spellStart"/>
      <w:r w:rsidR="00854FE3" w:rsidRPr="00854FE3">
        <w:t>biztonságosan</w:t>
      </w:r>
      <w:proofErr w:type="spellEnd"/>
      <w:r w:rsidR="00854FE3" w:rsidRPr="00854FE3">
        <w:t xml:space="preserve"> </w:t>
      </w:r>
      <w:proofErr w:type="spellStart"/>
      <w:r w:rsidR="00854FE3" w:rsidRPr="00854FE3">
        <w:t>összeállítsa</w:t>
      </w:r>
      <w:proofErr w:type="spellEnd"/>
      <w:r w:rsidR="00854FE3" w:rsidRPr="00854FE3">
        <w:t>.</w:t>
      </w:r>
      <w:r>
        <w:t xml:space="preserve"> Az </w:t>
      </w:r>
      <w:proofErr w:type="spellStart"/>
      <w:r>
        <w:t>összeszerelés</w:t>
      </w:r>
      <w:r w:rsidR="00C23DE3">
        <w:t>t</w:t>
      </w:r>
      <w:proofErr w:type="spellEnd"/>
      <w:r w:rsidR="00C23DE3">
        <w:t xml:space="preserve"> </w:t>
      </w:r>
      <w:proofErr w:type="spellStart"/>
      <w:r w:rsidR="00C23DE3">
        <w:t>lehetőleg</w:t>
      </w:r>
      <w:proofErr w:type="spellEnd"/>
      <w:r w:rsidR="00C23DE3">
        <w:t xml:space="preserve"> 2 ember </w:t>
      </w:r>
      <w:proofErr w:type="spellStart"/>
      <w:r w:rsidR="00C23DE3">
        <w:t>végezze</w:t>
      </w:r>
      <w:proofErr w:type="spellEnd"/>
      <w:r w:rsidR="00C23DE3">
        <w:t xml:space="preserve">, </w:t>
      </w:r>
      <w:proofErr w:type="spellStart"/>
      <w:r w:rsidR="00C23DE3">
        <w:t>illetve</w:t>
      </w:r>
      <w:proofErr w:type="spellEnd"/>
      <w:r w:rsidR="00C23DE3">
        <w:t xml:space="preserve"> </w:t>
      </w:r>
      <w:proofErr w:type="spellStart"/>
      <w:r w:rsidR="00C23DE3">
        <w:t>szüksége</w:t>
      </w:r>
      <w:proofErr w:type="spellEnd"/>
      <w:r w:rsidR="00C23DE3">
        <w:t xml:space="preserve"> </w:t>
      </w:r>
      <w:proofErr w:type="spellStart"/>
      <w:r>
        <w:t>szüksége</w:t>
      </w:r>
      <w:proofErr w:type="spellEnd"/>
      <w:r>
        <w:t xml:space="preserve"> </w:t>
      </w:r>
      <w:proofErr w:type="spellStart"/>
      <w:r>
        <w:t>lesz</w:t>
      </w:r>
      <w:proofErr w:type="spellEnd"/>
      <w:r>
        <w:t>:</w:t>
      </w:r>
      <w:r>
        <w:br/>
        <w:t xml:space="preserve">- 5-ös </w:t>
      </w:r>
      <w:proofErr w:type="spellStart"/>
      <w:r>
        <w:t>imbuszkulcsra</w:t>
      </w:r>
      <w:proofErr w:type="spellEnd"/>
      <w:r w:rsidR="007740A0">
        <w:t xml:space="preserve">, 10-es </w:t>
      </w:r>
      <w:proofErr w:type="spellStart"/>
      <w:r w:rsidR="007740A0">
        <w:t>franciakulcsra</w:t>
      </w:r>
      <w:proofErr w:type="spellEnd"/>
      <w:r>
        <w:br/>
        <w:t xml:space="preserve">- </w:t>
      </w:r>
      <w:proofErr w:type="spellStart"/>
      <w:r>
        <w:t>közepes</w:t>
      </w:r>
      <w:proofErr w:type="spellEnd"/>
      <w:r>
        <w:t xml:space="preserve"> </w:t>
      </w:r>
      <w:proofErr w:type="spellStart"/>
      <w:r>
        <w:t>méretű</w:t>
      </w:r>
      <w:proofErr w:type="spellEnd"/>
      <w:r>
        <w:t xml:space="preserve"> </w:t>
      </w:r>
      <w:proofErr w:type="spellStart"/>
      <w:r>
        <w:t>csillagcsavarhúzóra</w:t>
      </w:r>
      <w:proofErr w:type="spellEnd"/>
    </w:p>
    <w:p w14:paraId="76CD8B59" w14:textId="77777777" w:rsidR="00F708D1" w:rsidRDefault="00573BCF">
      <w:pPr>
        <w:pStyle w:val="Cmsor2"/>
      </w:pPr>
      <w:proofErr w:type="spellStart"/>
      <w:r>
        <w:t>Csomagok</w:t>
      </w:r>
      <w:proofErr w:type="spellEnd"/>
      <w:r>
        <w:t xml:space="preserve"> </w:t>
      </w:r>
      <w:proofErr w:type="spellStart"/>
      <w:r>
        <w:t>tartalma</w:t>
      </w:r>
      <w:proofErr w:type="spellEnd"/>
      <w: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5386"/>
      </w:tblGrid>
      <w:tr w:rsidR="00E45B8F" w14:paraId="7391062C" w14:textId="77777777" w:rsidTr="00577466">
        <w:tc>
          <w:tcPr>
            <w:tcW w:w="4815" w:type="dxa"/>
          </w:tcPr>
          <w:p w14:paraId="528B0D4F" w14:textId="77777777" w:rsidR="005955FB" w:rsidRPr="003844CD" w:rsidRDefault="00E45B8F" w:rsidP="00E45B8F">
            <w:pPr>
              <w:keepNext/>
              <w:rPr>
                <w:b/>
                <w:bCs/>
              </w:rPr>
            </w:pPr>
            <w:r w:rsidRPr="003844CD">
              <w:rPr>
                <w:b/>
                <w:bCs/>
              </w:rPr>
              <w:t xml:space="preserve">1. </w:t>
            </w:r>
            <w:proofErr w:type="spellStart"/>
            <w:r w:rsidRPr="003844CD">
              <w:rPr>
                <w:b/>
                <w:bCs/>
              </w:rPr>
              <w:t>csomag</w:t>
            </w:r>
            <w:proofErr w:type="spellEnd"/>
            <w:r w:rsidRPr="003844CD">
              <w:rPr>
                <w:b/>
                <w:bCs/>
              </w:rPr>
              <w:t xml:space="preserve">: </w:t>
            </w:r>
          </w:p>
          <w:p w14:paraId="37703E47" w14:textId="77777777" w:rsidR="005955FB" w:rsidRDefault="005955FB" w:rsidP="005955FB">
            <w:pPr>
              <w:keepNext/>
              <w:ind w:left="284"/>
            </w:pPr>
            <w:r>
              <w:t xml:space="preserve">- </w:t>
            </w:r>
            <w:r w:rsidR="00E45B8F">
              <w:t xml:space="preserve">2 </w:t>
            </w:r>
            <w:proofErr w:type="spellStart"/>
            <w:r w:rsidR="00E45B8F">
              <w:t>db</w:t>
            </w:r>
            <w:proofErr w:type="spellEnd"/>
            <w:r w:rsidR="00E45B8F">
              <w:t xml:space="preserve"> </w:t>
            </w:r>
            <w:proofErr w:type="spellStart"/>
            <w:r w:rsidR="00E45B8F">
              <w:t>alsókeret</w:t>
            </w:r>
            <w:proofErr w:type="spellEnd"/>
            <w:r w:rsidR="00E45B8F">
              <w:t xml:space="preserve"> </w:t>
            </w:r>
            <w:proofErr w:type="spellStart"/>
            <w:r w:rsidR="00E45B8F">
              <w:t>fenéklemezzel</w:t>
            </w:r>
            <w:proofErr w:type="spellEnd"/>
          </w:p>
          <w:p w14:paraId="6E6314A6" w14:textId="68203A7A" w:rsidR="00E45B8F" w:rsidRDefault="00E45B8F" w:rsidP="005955FB">
            <w:pPr>
              <w:keepNext/>
              <w:ind w:left="284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A1C1C30" wp14:editId="1B682851">
                  <wp:extent cx="1904400" cy="1216800"/>
                  <wp:effectExtent l="0" t="0" r="635" b="2540"/>
                  <wp:docPr id="125198579" name="Kép 1" descr="A képen vázlat, tervezé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620011" name="Kép 1" descr="A képen vázlat, tervezé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1BE6F" w14:textId="77777777" w:rsidR="00E45B8F" w:rsidRDefault="00E45B8F" w:rsidP="00E45B8F"/>
        </w:tc>
        <w:tc>
          <w:tcPr>
            <w:tcW w:w="5386" w:type="dxa"/>
          </w:tcPr>
          <w:p w14:paraId="273D3E05" w14:textId="77777777" w:rsidR="00AC63B0" w:rsidRPr="003844CD" w:rsidRDefault="00E45B8F" w:rsidP="00E45B8F">
            <w:pPr>
              <w:rPr>
                <w:b/>
                <w:bCs/>
              </w:rPr>
            </w:pPr>
            <w:r w:rsidRPr="003844CD">
              <w:rPr>
                <w:b/>
                <w:bCs/>
              </w:rPr>
              <w:t xml:space="preserve">2. </w:t>
            </w:r>
            <w:proofErr w:type="spellStart"/>
            <w:r w:rsidRPr="003844CD">
              <w:rPr>
                <w:b/>
                <w:bCs/>
              </w:rPr>
              <w:t>csomag</w:t>
            </w:r>
            <w:proofErr w:type="spellEnd"/>
            <w:r w:rsidRPr="003844CD">
              <w:rPr>
                <w:b/>
                <w:bCs/>
              </w:rPr>
              <w:t>:</w:t>
            </w:r>
          </w:p>
          <w:p w14:paraId="1CDDFC06" w14:textId="77777777" w:rsidR="007740A0" w:rsidRDefault="0012335E" w:rsidP="00F96260">
            <w:pPr>
              <w:ind w:left="284"/>
            </w:pPr>
            <w:r>
              <w:t xml:space="preserve">- </w:t>
            </w:r>
            <w:r w:rsidR="00E45B8F">
              <w:t xml:space="preserve">1 </w:t>
            </w:r>
            <w:proofErr w:type="spellStart"/>
            <w:r w:rsidR="00E45B8F">
              <w:t>db</w:t>
            </w:r>
            <w:proofErr w:type="spellEnd"/>
            <w:r w:rsidR="00E45B8F">
              <w:t xml:space="preserve"> </w:t>
            </w:r>
            <w:proofErr w:type="spellStart"/>
            <w:r w:rsidR="00E45B8F">
              <w:t>válaszfal</w:t>
            </w:r>
            <w:proofErr w:type="spellEnd"/>
            <w:r w:rsidR="00E45B8F">
              <w:t xml:space="preserve"> + </w:t>
            </w:r>
            <w:proofErr w:type="spellStart"/>
            <w:r w:rsidR="00E45B8F">
              <w:t>szerelvény</w:t>
            </w:r>
            <w:proofErr w:type="spellEnd"/>
            <w:r w:rsidR="00E45B8F">
              <w:t xml:space="preserve"> </w:t>
            </w:r>
            <w:proofErr w:type="spellStart"/>
            <w:r w:rsidR="00E45B8F">
              <w:t>csomag</w:t>
            </w:r>
            <w:proofErr w:type="spellEnd"/>
            <w:r w:rsidR="00E45B8F">
              <w:t>:</w:t>
            </w:r>
            <w:r w:rsidR="00E45B8F">
              <w:br/>
              <w:t xml:space="preserve">- 9 </w:t>
            </w:r>
            <w:proofErr w:type="spellStart"/>
            <w:r w:rsidR="00E45B8F">
              <w:t>db</w:t>
            </w:r>
            <w:proofErr w:type="spellEnd"/>
            <w:r w:rsidR="00E45B8F">
              <w:t xml:space="preserve"> </w:t>
            </w:r>
            <w:proofErr w:type="spellStart"/>
            <w:r w:rsidR="00E45B8F">
              <w:t>láb</w:t>
            </w:r>
            <w:proofErr w:type="spellEnd"/>
            <w:r w:rsidR="00E45B8F">
              <w:br/>
              <w:t xml:space="preserve">- </w:t>
            </w:r>
            <w:r w:rsidR="00C23DE3">
              <w:t>18</w:t>
            </w:r>
            <w:r w:rsidR="00E45B8F">
              <w:t xml:space="preserve"> </w:t>
            </w:r>
            <w:proofErr w:type="spellStart"/>
            <w:r w:rsidR="00E45B8F">
              <w:t>db</w:t>
            </w:r>
            <w:proofErr w:type="spellEnd"/>
            <w:r w:rsidR="00E45B8F">
              <w:t xml:space="preserve"> M</w:t>
            </w:r>
            <w:r w:rsidR="00C23DE3">
              <w:t>6</w:t>
            </w:r>
            <w:r w:rsidR="00E45B8F">
              <w:t>x4</w:t>
            </w:r>
            <w:r w:rsidR="00C23DE3">
              <w:t>0</w:t>
            </w:r>
            <w:r w:rsidR="00E45B8F">
              <w:t xml:space="preserve"> </w:t>
            </w:r>
            <w:proofErr w:type="spellStart"/>
            <w:r w:rsidR="00E45B8F">
              <w:t>laposfejű</w:t>
            </w:r>
            <w:proofErr w:type="spellEnd"/>
            <w:r w:rsidR="00E45B8F">
              <w:t xml:space="preserve"> </w:t>
            </w:r>
            <w:proofErr w:type="spellStart"/>
            <w:r w:rsidR="00E45B8F">
              <w:t>csavar</w:t>
            </w:r>
            <w:proofErr w:type="spellEnd"/>
            <w:r w:rsidR="00E45B8F">
              <w:t xml:space="preserve"> </w:t>
            </w:r>
          </w:p>
          <w:p w14:paraId="20A2F879" w14:textId="6157C9A6" w:rsidR="007208B2" w:rsidRDefault="007740A0" w:rsidP="00F96260">
            <w:pPr>
              <w:ind w:left="284"/>
            </w:pPr>
            <w:r>
              <w:t xml:space="preserve">- 4 </w:t>
            </w:r>
            <w:proofErr w:type="spellStart"/>
            <w:r>
              <w:t>db</w:t>
            </w:r>
            <w:proofErr w:type="spellEnd"/>
            <w:r>
              <w:t xml:space="preserve"> M6x45 </w:t>
            </w:r>
            <w:proofErr w:type="spellStart"/>
            <w:r>
              <w:t>csavar</w:t>
            </w:r>
            <w:proofErr w:type="spellEnd"/>
            <w:r>
              <w:t xml:space="preserve"> +</w:t>
            </w:r>
            <w:proofErr w:type="spellStart"/>
            <w:r>
              <w:t>anya</w:t>
            </w:r>
            <w:proofErr w:type="spellEnd"/>
            <w:r w:rsidR="00E45B8F">
              <w:br/>
              <w:t xml:space="preserve">- 2 </w:t>
            </w:r>
            <w:proofErr w:type="spellStart"/>
            <w:r w:rsidR="00E45B8F">
              <w:t>db</w:t>
            </w:r>
            <w:proofErr w:type="spellEnd"/>
            <w:r w:rsidR="00E45B8F">
              <w:t xml:space="preserve"> M</w:t>
            </w:r>
            <w:r w:rsidR="00C23DE3">
              <w:t>6</w:t>
            </w:r>
            <w:r w:rsidR="00E45B8F">
              <w:t xml:space="preserve">x70 </w:t>
            </w:r>
            <w:proofErr w:type="spellStart"/>
            <w:r w:rsidR="00E45B8F">
              <w:t>lap</w:t>
            </w:r>
            <w:r w:rsidR="00C23DE3">
              <w:t>os</w:t>
            </w:r>
            <w:r w:rsidR="00E45B8F">
              <w:t>fejű</w:t>
            </w:r>
            <w:proofErr w:type="spellEnd"/>
            <w:r w:rsidR="00E45B8F">
              <w:t xml:space="preserve"> </w:t>
            </w:r>
            <w:proofErr w:type="spellStart"/>
            <w:r w:rsidR="00E45B8F">
              <w:t>csavar</w:t>
            </w:r>
            <w:proofErr w:type="spellEnd"/>
            <w:r w:rsidR="00E45B8F">
              <w:t xml:space="preserve"> + </w:t>
            </w:r>
            <w:proofErr w:type="spellStart"/>
            <w:r w:rsidR="00C23DE3">
              <w:t>szárnyas</w:t>
            </w:r>
            <w:r w:rsidR="00E45B8F">
              <w:t>anya</w:t>
            </w:r>
            <w:proofErr w:type="spellEnd"/>
            <w:r w:rsidR="00E45B8F">
              <w:br/>
              <w:t xml:space="preserve">- 4 </w:t>
            </w:r>
            <w:proofErr w:type="spellStart"/>
            <w:r w:rsidR="00E45B8F">
              <w:t>db</w:t>
            </w:r>
            <w:proofErr w:type="spellEnd"/>
            <w:r w:rsidR="00E45B8F">
              <w:t xml:space="preserve"> </w:t>
            </w:r>
            <w:proofErr w:type="spellStart"/>
            <w:r w:rsidR="00E45B8F">
              <w:t>matractartó</w:t>
            </w:r>
            <w:proofErr w:type="spellEnd"/>
            <w:r w:rsidR="00E45B8F">
              <w:t xml:space="preserve"> </w:t>
            </w:r>
          </w:p>
          <w:p w14:paraId="50DA6421" w14:textId="415B463E" w:rsidR="00CF7534" w:rsidRDefault="007208B2" w:rsidP="00F96260">
            <w:pPr>
              <w:ind w:left="284"/>
            </w:pPr>
            <w:r>
              <w:t xml:space="preserve">- </w:t>
            </w:r>
            <w:r w:rsidR="00E45B8F">
              <w:t xml:space="preserve">8 </w:t>
            </w:r>
            <w:proofErr w:type="spellStart"/>
            <w:r w:rsidR="00E45B8F">
              <w:t>db</w:t>
            </w:r>
            <w:proofErr w:type="spellEnd"/>
            <w:r w:rsidR="00E45B8F">
              <w:t xml:space="preserve"> </w:t>
            </w:r>
            <w:proofErr w:type="spellStart"/>
            <w:r w:rsidR="00E45B8F">
              <w:t>önmetsző</w:t>
            </w:r>
            <w:proofErr w:type="spellEnd"/>
            <w:r w:rsidR="00E45B8F">
              <w:t xml:space="preserve"> </w:t>
            </w:r>
            <w:proofErr w:type="spellStart"/>
            <w:r w:rsidR="00E45B8F">
              <w:t>csavar</w:t>
            </w:r>
            <w:proofErr w:type="spellEnd"/>
          </w:p>
          <w:p w14:paraId="49739E69" w14:textId="04C35EBE" w:rsidR="00E45B8F" w:rsidRDefault="00E45B8F" w:rsidP="00F96260">
            <w:pPr>
              <w:ind w:left="284"/>
            </w:pPr>
            <w:r>
              <w:br/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775C69F" wp14:editId="322CB150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161290</wp:posOffset>
                  </wp:positionV>
                  <wp:extent cx="1904365" cy="1216660"/>
                  <wp:effectExtent l="0" t="0" r="635" b="2540"/>
                  <wp:wrapTight wrapText="bothSides">
                    <wp:wrapPolygon edited="0">
                      <wp:start x="0" y="0"/>
                      <wp:lineTo x="0" y="21307"/>
                      <wp:lineTo x="21391" y="21307"/>
                      <wp:lineTo x="21391" y="0"/>
                      <wp:lineTo x="0" y="0"/>
                    </wp:wrapPolygon>
                  </wp:wrapTight>
                  <wp:docPr id="1738359275" name="Kép 2" descr="A képen vázlat, tervezé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28828" name="Kép 2" descr="A képen vázlat, tervezé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</w:p>
        </w:tc>
      </w:tr>
      <w:tr w:rsidR="00E45B8F" w14:paraId="1E2362D8" w14:textId="77777777" w:rsidTr="00EC5EB6">
        <w:trPr>
          <w:trHeight w:val="2747"/>
        </w:trPr>
        <w:tc>
          <w:tcPr>
            <w:tcW w:w="4815" w:type="dxa"/>
          </w:tcPr>
          <w:p w14:paraId="637A0594" w14:textId="77777777" w:rsidR="00F84651" w:rsidRPr="003844CD" w:rsidRDefault="00E45B8F" w:rsidP="00E45B8F">
            <w:pPr>
              <w:keepNext/>
              <w:rPr>
                <w:b/>
                <w:bCs/>
              </w:rPr>
            </w:pPr>
            <w:r w:rsidRPr="003844CD">
              <w:rPr>
                <w:b/>
                <w:bCs/>
              </w:rPr>
              <w:t xml:space="preserve">3. </w:t>
            </w:r>
            <w:proofErr w:type="spellStart"/>
            <w:r w:rsidRPr="003844CD">
              <w:rPr>
                <w:b/>
                <w:bCs/>
              </w:rPr>
              <w:t>csomag</w:t>
            </w:r>
            <w:proofErr w:type="spellEnd"/>
            <w:r w:rsidRPr="003844CD">
              <w:rPr>
                <w:b/>
                <w:bCs/>
              </w:rPr>
              <w:t xml:space="preserve">: </w:t>
            </w:r>
          </w:p>
          <w:p w14:paraId="19C69DF5" w14:textId="77777777" w:rsidR="00BD7B58" w:rsidRDefault="00BD7B58" w:rsidP="00BD7B58">
            <w:pPr>
              <w:keepNext/>
              <w:ind w:left="284"/>
            </w:pPr>
            <w:r>
              <w:t xml:space="preserve">- </w:t>
            </w:r>
            <w:proofErr w:type="spellStart"/>
            <w:r w:rsidR="00E45B8F">
              <w:t>Fejvég</w:t>
            </w:r>
            <w:proofErr w:type="spellEnd"/>
            <w:r w:rsidR="00E45B8F">
              <w:t xml:space="preserve"> + </w:t>
            </w:r>
            <w:proofErr w:type="spellStart"/>
            <w:r w:rsidR="00E45B8F">
              <w:t>lábvég</w:t>
            </w:r>
            <w:proofErr w:type="spellEnd"/>
            <w:r w:rsidR="00E45B8F">
              <w:t xml:space="preserve"> </w:t>
            </w:r>
            <w:proofErr w:type="spellStart"/>
            <w:r w:rsidR="00E45B8F">
              <w:t>oldal</w:t>
            </w:r>
            <w:proofErr w:type="spellEnd"/>
          </w:p>
          <w:p w14:paraId="4392DBFA" w14:textId="77777777" w:rsidR="00CF7534" w:rsidRDefault="00CF7534" w:rsidP="00BD7B58">
            <w:pPr>
              <w:keepNext/>
              <w:ind w:left="284"/>
            </w:pPr>
          </w:p>
          <w:p w14:paraId="2AA08310" w14:textId="73A67E7E" w:rsidR="00E45B8F" w:rsidRDefault="00E45B8F" w:rsidP="00BD7B58">
            <w:pPr>
              <w:keepNext/>
            </w:pPr>
            <w:r>
              <w:rPr>
                <w:noProof/>
              </w:rPr>
              <w:drawing>
                <wp:inline distT="0" distB="0" distL="0" distR="0" wp14:anchorId="6AD0CABC" wp14:editId="66344AFC">
                  <wp:extent cx="1904400" cy="1216800"/>
                  <wp:effectExtent l="0" t="0" r="635" b="2540"/>
                  <wp:docPr id="1738982238" name="Kép 3" descr="A képen vázlat, rajz, sor, tervezé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816987" name="Kép 3" descr="A képen vázlat, rajz, sor, tervezé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6B2A2" w14:textId="77777777" w:rsidR="00E45B8F" w:rsidRDefault="00E45B8F" w:rsidP="00E45B8F"/>
        </w:tc>
        <w:tc>
          <w:tcPr>
            <w:tcW w:w="5386" w:type="dxa"/>
          </w:tcPr>
          <w:p w14:paraId="1DD04421" w14:textId="77777777" w:rsidR="00CF7534" w:rsidRPr="003844CD" w:rsidRDefault="00E45B8F" w:rsidP="00E45B8F">
            <w:pPr>
              <w:rPr>
                <w:b/>
                <w:bCs/>
              </w:rPr>
            </w:pPr>
            <w:r w:rsidRPr="003844CD">
              <w:rPr>
                <w:b/>
                <w:bCs/>
              </w:rPr>
              <w:t xml:space="preserve">4. </w:t>
            </w:r>
            <w:proofErr w:type="spellStart"/>
            <w:r w:rsidRPr="003844CD">
              <w:rPr>
                <w:b/>
                <w:bCs/>
              </w:rPr>
              <w:t>csomag</w:t>
            </w:r>
            <w:proofErr w:type="spellEnd"/>
            <w:r w:rsidRPr="003844CD">
              <w:rPr>
                <w:b/>
                <w:bCs/>
              </w:rPr>
              <w:t xml:space="preserve">: </w:t>
            </w:r>
          </w:p>
          <w:p w14:paraId="266718A8" w14:textId="77777777" w:rsidR="00CF7534" w:rsidRDefault="00CF7534" w:rsidP="00CF7534">
            <w:pPr>
              <w:ind w:left="284"/>
            </w:pPr>
            <w:r>
              <w:t xml:space="preserve">- </w:t>
            </w:r>
            <w:proofErr w:type="spellStart"/>
            <w:r w:rsidR="00E45B8F">
              <w:t>Jobbos</w:t>
            </w:r>
            <w:proofErr w:type="spellEnd"/>
            <w:r w:rsidR="00E45B8F">
              <w:t xml:space="preserve"> és </w:t>
            </w:r>
            <w:proofErr w:type="spellStart"/>
            <w:r w:rsidR="00E45B8F">
              <w:t>balos</w:t>
            </w:r>
            <w:proofErr w:type="spellEnd"/>
            <w:r w:rsidR="00E45B8F">
              <w:t xml:space="preserve"> </w:t>
            </w:r>
            <w:proofErr w:type="spellStart"/>
            <w:r w:rsidR="00E45B8F">
              <w:t>oldal</w:t>
            </w:r>
            <w:proofErr w:type="spellEnd"/>
          </w:p>
          <w:p w14:paraId="1F1FB304" w14:textId="12600064" w:rsidR="00E45B8F" w:rsidRDefault="00E45B8F" w:rsidP="00CF7534">
            <w:pPr>
              <w:ind w:left="284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2F291B3" wp14:editId="7F2D8647">
                  <wp:extent cx="1904400" cy="1216800"/>
                  <wp:effectExtent l="0" t="0" r="635" b="2540"/>
                  <wp:docPr id="414780338" name="Kép 4" descr="A képen vázlat, rajz, sor, Párhuzamo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550414" name="Kép 4" descr="A képen vázlat, rajz, sor, Párhuzamo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E45B8F" w:rsidRPr="007740A0" w14:paraId="6BEC2799" w14:textId="77777777" w:rsidTr="00EC5EB6">
        <w:trPr>
          <w:trHeight w:val="2633"/>
        </w:trPr>
        <w:tc>
          <w:tcPr>
            <w:tcW w:w="4815" w:type="dxa"/>
          </w:tcPr>
          <w:p w14:paraId="6A64FEFA" w14:textId="77777777" w:rsidR="00CF7534" w:rsidRPr="003844CD" w:rsidRDefault="00E45B8F" w:rsidP="00E45B8F">
            <w:pPr>
              <w:keepNext/>
              <w:rPr>
                <w:b/>
                <w:bCs/>
              </w:rPr>
            </w:pPr>
            <w:r w:rsidRPr="003844CD">
              <w:rPr>
                <w:b/>
                <w:bCs/>
              </w:rPr>
              <w:t xml:space="preserve">5. </w:t>
            </w:r>
            <w:proofErr w:type="spellStart"/>
            <w:r w:rsidRPr="003844CD">
              <w:rPr>
                <w:b/>
                <w:bCs/>
              </w:rPr>
              <w:t>csomag</w:t>
            </w:r>
            <w:proofErr w:type="spellEnd"/>
            <w:r w:rsidRPr="003844CD">
              <w:rPr>
                <w:b/>
                <w:bCs/>
              </w:rPr>
              <w:t xml:space="preserve">: </w:t>
            </w:r>
          </w:p>
          <w:p w14:paraId="68714C83" w14:textId="77777777" w:rsidR="00CF7534" w:rsidRDefault="00CF7534" w:rsidP="00790259">
            <w:pPr>
              <w:keepNext/>
              <w:ind w:left="284"/>
            </w:pPr>
            <w:r>
              <w:t xml:space="preserve">- </w:t>
            </w:r>
            <w:r w:rsidR="00E45B8F">
              <w:t xml:space="preserve">2 </w:t>
            </w:r>
            <w:proofErr w:type="spellStart"/>
            <w:r w:rsidR="00E45B8F">
              <w:t>db</w:t>
            </w:r>
            <w:proofErr w:type="spellEnd"/>
            <w:r w:rsidR="00E45B8F">
              <w:t xml:space="preserve"> </w:t>
            </w:r>
            <w:proofErr w:type="spellStart"/>
            <w:r w:rsidR="00E45B8F">
              <w:t>matractartó</w:t>
            </w:r>
            <w:proofErr w:type="spellEnd"/>
            <w:r w:rsidR="00E45B8F">
              <w:t xml:space="preserve"> </w:t>
            </w:r>
            <w:proofErr w:type="spellStart"/>
            <w:r w:rsidR="00E45B8F">
              <w:t>keret</w:t>
            </w:r>
            <w:proofErr w:type="spellEnd"/>
            <w:r w:rsidR="00E45B8F">
              <w:br/>
            </w:r>
          </w:p>
          <w:p w14:paraId="1DEAEDEC" w14:textId="43EFFAB2" w:rsidR="00E45B8F" w:rsidRDefault="00E45B8F" w:rsidP="00E45B8F">
            <w:pPr>
              <w:keepNext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8B648C8" wp14:editId="2B84DB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6985</wp:posOffset>
                  </wp:positionV>
                  <wp:extent cx="1903730" cy="1095375"/>
                  <wp:effectExtent l="0" t="0" r="1270" b="9525"/>
                  <wp:wrapTight wrapText="bothSides">
                    <wp:wrapPolygon edited="0">
                      <wp:start x="0" y="0"/>
                      <wp:lineTo x="0" y="21412"/>
                      <wp:lineTo x="21398" y="21412"/>
                      <wp:lineTo x="21398" y="0"/>
                      <wp:lineTo x="0" y="0"/>
                    </wp:wrapPolygon>
                  </wp:wrapTight>
                  <wp:docPr id="1960192203" name="Kép 5" descr="A képen vázlat, tervezés, fém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13959" name="Kép 5" descr="A képen vázlat, tervezés, fém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E93A965" w14:textId="77777777" w:rsidR="00E45B8F" w:rsidRDefault="00E45B8F" w:rsidP="00E45B8F"/>
        </w:tc>
        <w:tc>
          <w:tcPr>
            <w:tcW w:w="5386" w:type="dxa"/>
          </w:tcPr>
          <w:p w14:paraId="11D678FC" w14:textId="78CB14CA" w:rsidR="00E45B8F" w:rsidRPr="007740A0" w:rsidRDefault="007740A0" w:rsidP="00E45B8F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E4084FF" wp14:editId="2504CB50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490855</wp:posOffset>
                  </wp:positionV>
                  <wp:extent cx="1390650" cy="971550"/>
                  <wp:effectExtent l="0" t="0" r="0" b="0"/>
                  <wp:wrapSquare wrapText="bothSides"/>
                  <wp:docPr id="630494803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94803" name="Kép 6304948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DE3" w:rsidRPr="007740A0">
              <w:t>A</w:t>
            </w:r>
            <w:r w:rsidRPr="007740A0">
              <w:t xml:space="preserve">z </w:t>
            </w:r>
            <w:proofErr w:type="spellStart"/>
            <w:r w:rsidRPr="007740A0">
              <w:t>Avenor</w:t>
            </w:r>
            <w:proofErr w:type="spellEnd"/>
            <w:r w:rsidRPr="007740A0">
              <w:t xml:space="preserve"> és </w:t>
            </w:r>
            <w:proofErr w:type="spellStart"/>
            <w:r w:rsidRPr="007740A0">
              <w:t>az</w:t>
            </w:r>
            <w:proofErr w:type="spellEnd"/>
            <w:r w:rsidRPr="007740A0">
              <w:t xml:space="preserve"> Enzo </w:t>
            </w:r>
            <w:proofErr w:type="spellStart"/>
            <w:r w:rsidRPr="007740A0">
              <w:t>á</w:t>
            </w:r>
            <w:r>
              <w:t>gyakhoz</w:t>
            </w:r>
            <w:proofErr w:type="spellEnd"/>
            <w:r>
              <w:t xml:space="preserve"> </w:t>
            </w:r>
            <w:proofErr w:type="spellStart"/>
            <w:r>
              <w:t>jár</w:t>
            </w:r>
            <w:proofErr w:type="spellEnd"/>
            <w:r>
              <w:t xml:space="preserve"> a </w:t>
            </w:r>
            <w:proofErr w:type="spellStart"/>
            <w:r>
              <w:t>műanyag</w:t>
            </w:r>
            <w:proofErr w:type="spellEnd"/>
            <w:r>
              <w:t xml:space="preserve"> </w:t>
            </w:r>
            <w:proofErr w:type="spellStart"/>
            <w:r>
              <w:t>összekötő</w:t>
            </w:r>
            <w:proofErr w:type="spellEnd"/>
            <w:r>
              <w:t xml:space="preserve">, </w:t>
            </w:r>
            <w:proofErr w:type="spellStart"/>
            <w:r>
              <w:t>ez</w:t>
            </w:r>
            <w:proofErr w:type="spellEnd"/>
            <w:r>
              <w:t xml:space="preserve"> </w:t>
            </w:r>
            <w:proofErr w:type="spellStart"/>
            <w:r>
              <w:t>abban</w:t>
            </w:r>
            <w:proofErr w:type="spellEnd"/>
            <w:r>
              <w:t xml:space="preserve"> </w:t>
            </w:r>
            <w:proofErr w:type="spellStart"/>
            <w:r>
              <w:t>segít</w:t>
            </w:r>
            <w:proofErr w:type="spellEnd"/>
            <w:r>
              <w:t xml:space="preserve"> </w:t>
            </w:r>
            <w:proofErr w:type="spellStart"/>
            <w:r>
              <w:t>hogy</w:t>
            </w:r>
            <w:proofErr w:type="spellEnd"/>
            <w:r>
              <w:t xml:space="preserve"> </w:t>
            </w:r>
            <w:proofErr w:type="spellStart"/>
            <w:r>
              <w:t>együtt</w:t>
            </w:r>
            <w:proofErr w:type="spellEnd"/>
            <w:r>
              <w:t xml:space="preserve"> </w:t>
            </w:r>
            <w:proofErr w:type="spellStart"/>
            <w:r>
              <w:t>mozgassa</w:t>
            </w:r>
            <w:proofErr w:type="spellEnd"/>
            <w:r>
              <w:t xml:space="preserve"> a </w:t>
            </w:r>
            <w:proofErr w:type="spellStart"/>
            <w:r>
              <w:t>kereteket</w:t>
            </w:r>
            <w:proofErr w:type="spellEnd"/>
            <w:r>
              <w:t xml:space="preserve">. </w:t>
            </w:r>
            <w:proofErr w:type="spellStart"/>
            <w:r>
              <w:t>Ehhez</w:t>
            </w:r>
            <w:proofErr w:type="spellEnd"/>
            <w:r>
              <w:t xml:space="preserve"> a </w:t>
            </w:r>
            <w:proofErr w:type="spellStart"/>
            <w:r>
              <w:t>műanyag</w:t>
            </w:r>
            <w:proofErr w:type="spellEnd"/>
            <w:r>
              <w:t xml:space="preserve"> </w:t>
            </w:r>
            <w:proofErr w:type="spellStart"/>
            <w:r>
              <w:t>összekötőt</w:t>
            </w:r>
            <w:proofErr w:type="spellEnd"/>
            <w:r>
              <w:t xml:space="preserve"> a </w:t>
            </w:r>
            <w:proofErr w:type="spellStart"/>
            <w:r>
              <w:t>legvégén</w:t>
            </w:r>
            <w:proofErr w:type="spellEnd"/>
            <w:r>
              <w:t xml:space="preserve">, </w:t>
            </w:r>
            <w:proofErr w:type="spellStart"/>
            <w:r>
              <w:t>mikor</w:t>
            </w:r>
            <w:proofErr w:type="spellEnd"/>
            <w:r>
              <w:t xml:space="preserve"> </w:t>
            </w:r>
            <w:proofErr w:type="spellStart"/>
            <w:r>
              <w:t>már</w:t>
            </w:r>
            <w:proofErr w:type="spellEnd"/>
            <w:r>
              <w:t xml:space="preserve"> a </w:t>
            </w:r>
            <w:proofErr w:type="spellStart"/>
            <w:r>
              <w:t>matrac</w:t>
            </w:r>
            <w:proofErr w:type="spellEnd"/>
            <w:r>
              <w:t xml:space="preserve"> is a </w:t>
            </w:r>
            <w:proofErr w:type="spellStart"/>
            <w:r>
              <w:t>helyén</w:t>
            </w:r>
            <w:proofErr w:type="spellEnd"/>
            <w:r>
              <w:t xml:space="preserve"> van, </w:t>
            </w:r>
            <w:proofErr w:type="spellStart"/>
            <w:r>
              <w:t>nyissa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  <w:r>
              <w:t xml:space="preserve"> a </w:t>
            </w:r>
            <w:proofErr w:type="spellStart"/>
            <w:r>
              <w:t>keretket</w:t>
            </w:r>
            <w:proofErr w:type="spellEnd"/>
            <w:r>
              <w:t xml:space="preserve">, és </w:t>
            </w:r>
            <w:proofErr w:type="spellStart"/>
            <w:r>
              <w:t>szemből</w:t>
            </w:r>
            <w:proofErr w:type="spellEnd"/>
            <w:r>
              <w:t xml:space="preserve"> </w:t>
            </w:r>
            <w:proofErr w:type="spellStart"/>
            <w:r>
              <w:t>csúsztassa</w:t>
            </w:r>
            <w:proofErr w:type="spellEnd"/>
            <w:r>
              <w:t xml:space="preserve"> a </w:t>
            </w:r>
            <w:proofErr w:type="spellStart"/>
            <w:r>
              <w:t>két</w:t>
            </w:r>
            <w:proofErr w:type="spellEnd"/>
            <w:r>
              <w:t xml:space="preserve"> </w:t>
            </w:r>
            <w:proofErr w:type="spellStart"/>
            <w:r>
              <w:t>keretre</w:t>
            </w:r>
            <w:proofErr w:type="spellEnd"/>
            <w:r>
              <w:t>.</w:t>
            </w:r>
          </w:p>
        </w:tc>
      </w:tr>
    </w:tbl>
    <w:p w14:paraId="14380BA1" w14:textId="5367ACBA" w:rsidR="00E45B8F" w:rsidRPr="007740A0" w:rsidRDefault="00E45B8F" w:rsidP="00E45B8F"/>
    <w:p w14:paraId="192FB23E" w14:textId="6D0E80A4" w:rsidR="00F708D1" w:rsidRPr="001731A9" w:rsidRDefault="00573BCF">
      <w:pPr>
        <w:pStyle w:val="Cmsor2"/>
        <w:rPr>
          <w:sz w:val="32"/>
          <w:szCs w:val="32"/>
        </w:rPr>
      </w:pPr>
      <w:proofErr w:type="spellStart"/>
      <w:r w:rsidRPr="001731A9">
        <w:rPr>
          <w:sz w:val="32"/>
          <w:szCs w:val="32"/>
        </w:rPr>
        <w:lastRenderedPageBreak/>
        <w:t>Összeszerelés</w:t>
      </w:r>
      <w:proofErr w:type="spellEnd"/>
      <w:r w:rsidRPr="001731A9">
        <w:rPr>
          <w:sz w:val="32"/>
          <w:szCs w:val="32"/>
        </w:rPr>
        <w:t xml:space="preserve"> </w:t>
      </w:r>
      <w:proofErr w:type="spellStart"/>
      <w:r w:rsidRPr="001731A9">
        <w:rPr>
          <w:sz w:val="32"/>
          <w:szCs w:val="32"/>
        </w:rPr>
        <w:t>lépései</w:t>
      </w:r>
      <w:proofErr w:type="spellEnd"/>
      <w:r w:rsidRPr="001731A9">
        <w:rPr>
          <w:sz w:val="32"/>
          <w:szCs w:val="32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5245"/>
      </w:tblGrid>
      <w:tr w:rsidR="00F45CE4" w14:paraId="4ADCBE59" w14:textId="77777777" w:rsidTr="00577466">
        <w:tc>
          <w:tcPr>
            <w:tcW w:w="5240" w:type="dxa"/>
          </w:tcPr>
          <w:p w14:paraId="33F11F2B" w14:textId="6B96C6E2" w:rsidR="00F45CE4" w:rsidRDefault="0048328D" w:rsidP="00F45CE4">
            <w:r w:rsidRPr="003844CD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44458CD0" wp14:editId="65EEBC94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250190</wp:posOffset>
                  </wp:positionV>
                  <wp:extent cx="188976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39" y="21176"/>
                      <wp:lineTo x="21339" y="0"/>
                      <wp:lineTo x="0" y="0"/>
                    </wp:wrapPolygon>
                  </wp:wrapTight>
                  <wp:docPr id="1644689665" name="Kép 6" descr="A képen konyhaedények, vázlat, edényszárító, tervezé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181654" name="Kép 6" descr="A képen konyhaedények, vázlat, edényszárító, tervezé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5CE4" w:rsidRPr="003844CD">
              <w:rPr>
                <w:b/>
                <w:bCs/>
              </w:rPr>
              <w:t xml:space="preserve">1.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Szerelje</w:t>
            </w:r>
            <w:proofErr w:type="spellEnd"/>
            <w:r w:rsidR="00F45CE4">
              <w:t xml:space="preserve"> </w:t>
            </w:r>
            <w:proofErr w:type="spellStart"/>
            <w:r w:rsidR="00F45CE4">
              <w:t>össze</w:t>
            </w:r>
            <w:proofErr w:type="spellEnd"/>
            <w:r w:rsidR="00F45CE4">
              <w:t xml:space="preserve"> </w:t>
            </w:r>
            <w:proofErr w:type="spellStart"/>
            <w:r w:rsidR="00F45CE4">
              <w:t>az</w:t>
            </w:r>
            <w:proofErr w:type="spellEnd"/>
            <w:r w:rsidR="00F45CE4">
              <w:t xml:space="preserve"> </w:t>
            </w:r>
            <w:proofErr w:type="spellStart"/>
            <w:r w:rsidR="00F45CE4">
              <w:t>alsókereteket</w:t>
            </w:r>
            <w:proofErr w:type="spellEnd"/>
            <w:r w:rsidR="00F45CE4">
              <w:t xml:space="preserve"> a </w:t>
            </w:r>
            <w:proofErr w:type="spellStart"/>
            <w:r w:rsidR="00F45CE4">
              <w:t>középső</w:t>
            </w:r>
            <w:proofErr w:type="spellEnd"/>
            <w:r w:rsidR="00F45CE4">
              <w:t xml:space="preserve"> </w:t>
            </w:r>
            <w:proofErr w:type="spellStart"/>
            <w:r w:rsidR="00F45CE4">
              <w:t>válaszfallal</w:t>
            </w:r>
            <w:proofErr w:type="spellEnd"/>
            <w:r w:rsidR="00F45CE4">
              <w:t>.</w:t>
            </w:r>
            <w:r w:rsidR="003E621F">
              <w:t xml:space="preserve"> </w:t>
            </w:r>
            <w:r w:rsidR="007740A0">
              <w:t>2</w:t>
            </w:r>
            <w:r w:rsidR="003E621F">
              <w:t xml:space="preserve"> </w:t>
            </w:r>
            <w:proofErr w:type="spellStart"/>
            <w:r w:rsidR="003E621F">
              <w:t>db</w:t>
            </w:r>
            <w:proofErr w:type="spellEnd"/>
            <w:r w:rsidR="003E621F">
              <w:t xml:space="preserve"> M</w:t>
            </w:r>
            <w:r w:rsidR="007740A0">
              <w:t>6</w:t>
            </w:r>
            <w:r w:rsidR="003E621F">
              <w:t>x</w:t>
            </w:r>
            <w:r w:rsidR="007740A0">
              <w:t>7</w:t>
            </w:r>
            <w:r w:rsidR="003E621F">
              <w:t>0-</w:t>
            </w:r>
            <w:r w:rsidR="007740A0">
              <w:t>e</w:t>
            </w:r>
            <w:r w:rsidR="003E621F">
              <w:t xml:space="preserve">s </w:t>
            </w:r>
            <w:proofErr w:type="spellStart"/>
            <w:r w:rsidR="003E621F">
              <w:t>csavarral</w:t>
            </w:r>
            <w:proofErr w:type="spellEnd"/>
            <w:r w:rsidR="003E621F">
              <w:t xml:space="preserve"> + </w:t>
            </w:r>
            <w:proofErr w:type="spellStart"/>
            <w:r w:rsidR="003E621F">
              <w:t>szárnyasanyával</w:t>
            </w:r>
            <w:proofErr w:type="spellEnd"/>
            <w:r w:rsidR="00F45CE4">
              <w:br/>
            </w:r>
          </w:p>
          <w:p w14:paraId="368C247D" w14:textId="77777777" w:rsidR="00F45CE4" w:rsidRDefault="00F45CE4" w:rsidP="00F45CE4"/>
        </w:tc>
        <w:tc>
          <w:tcPr>
            <w:tcW w:w="5245" w:type="dxa"/>
          </w:tcPr>
          <w:p w14:paraId="12C8DE52" w14:textId="1A900E64" w:rsidR="00F45CE4" w:rsidRDefault="0048328D" w:rsidP="00F45CE4">
            <w:r w:rsidRPr="003844CD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3F05BB04" wp14:editId="59A65386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244475</wp:posOffset>
                  </wp:positionV>
                  <wp:extent cx="188976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39" y="21176"/>
                      <wp:lineTo x="21339" y="0"/>
                      <wp:lineTo x="0" y="0"/>
                    </wp:wrapPolygon>
                  </wp:wrapTight>
                  <wp:docPr id="1537111292" name="Kép 7" descr="A képen vázlat, tervezés, konyhaedények, edényszárító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344492" name="Kép 7" descr="A képen vázlat, tervezés, konyhaedények, edényszárító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5CE4" w:rsidRPr="003844CD">
              <w:rPr>
                <w:b/>
                <w:bCs/>
              </w:rPr>
              <w:t xml:space="preserve">2.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Csavarozza</w:t>
            </w:r>
            <w:proofErr w:type="spellEnd"/>
            <w:r w:rsidR="00F45CE4">
              <w:t xml:space="preserve"> be a </w:t>
            </w:r>
            <w:proofErr w:type="spellStart"/>
            <w:r w:rsidR="00F45CE4">
              <w:t>lábakat</w:t>
            </w:r>
            <w:proofErr w:type="spellEnd"/>
            <w:r w:rsidR="00F45CE4">
              <w:t xml:space="preserve"> a </w:t>
            </w:r>
            <w:proofErr w:type="spellStart"/>
            <w:r w:rsidR="00F45CE4">
              <w:t>megfelelő</w:t>
            </w:r>
            <w:proofErr w:type="spellEnd"/>
            <w:r w:rsidR="00F45CE4">
              <w:t xml:space="preserve"> </w:t>
            </w:r>
            <w:proofErr w:type="spellStart"/>
            <w:r w:rsidR="00F45CE4">
              <w:t>helyekre</w:t>
            </w:r>
            <w:proofErr w:type="spellEnd"/>
            <w:r w:rsidR="0088615C">
              <w:t>.</w:t>
            </w:r>
            <w:r w:rsidR="00F45CE4">
              <w:br/>
            </w:r>
          </w:p>
          <w:p w14:paraId="39609FBC" w14:textId="77777777" w:rsidR="00F45CE4" w:rsidRDefault="00F45CE4" w:rsidP="00F45CE4"/>
        </w:tc>
      </w:tr>
      <w:tr w:rsidR="00F45CE4" w14:paraId="5A8C6416" w14:textId="77777777" w:rsidTr="00DB7138">
        <w:trPr>
          <w:trHeight w:val="3432"/>
        </w:trPr>
        <w:tc>
          <w:tcPr>
            <w:tcW w:w="5240" w:type="dxa"/>
          </w:tcPr>
          <w:p w14:paraId="7609D217" w14:textId="314DC05E" w:rsidR="00F45CE4" w:rsidRDefault="00291195" w:rsidP="00F45CE4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A7AD770" wp14:editId="24B8F00E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280670</wp:posOffset>
                  </wp:positionV>
                  <wp:extent cx="2038350" cy="1782445"/>
                  <wp:effectExtent l="0" t="0" r="0" b="8255"/>
                  <wp:wrapSquare wrapText="bothSides"/>
                  <wp:docPr id="2064084164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084164" name="Kép 2064084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3.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Rögzítse</w:t>
            </w:r>
            <w:proofErr w:type="spellEnd"/>
            <w:r w:rsidR="00F45CE4">
              <w:t xml:space="preserve"> a </w:t>
            </w:r>
            <w:proofErr w:type="spellStart"/>
            <w:r w:rsidR="00F45CE4">
              <w:t>fejvéget</w:t>
            </w:r>
            <w:proofErr w:type="spellEnd"/>
            <w:r w:rsidR="00F45CE4">
              <w:t xml:space="preserve"> </w:t>
            </w:r>
            <w:r>
              <w:t xml:space="preserve">, 2 </w:t>
            </w:r>
            <w:proofErr w:type="spellStart"/>
            <w:r>
              <w:t>db</w:t>
            </w:r>
            <w:proofErr w:type="spellEnd"/>
            <w:r>
              <w:t xml:space="preserve"> M</w:t>
            </w:r>
            <w:r w:rsidR="007740A0">
              <w:t>6</w:t>
            </w:r>
            <w:r>
              <w:t>x4</w:t>
            </w:r>
            <w:r w:rsidR="007740A0">
              <w:t>0</w:t>
            </w:r>
            <w:r>
              <w:t xml:space="preserve"> </w:t>
            </w:r>
            <w:proofErr w:type="spellStart"/>
            <w:r>
              <w:t>csavarral</w:t>
            </w:r>
            <w:proofErr w:type="spellEnd"/>
            <w:r>
              <w:t xml:space="preserve"> a </w:t>
            </w:r>
            <w:proofErr w:type="spellStart"/>
            <w:r>
              <w:t>középső</w:t>
            </w:r>
            <w:proofErr w:type="spellEnd"/>
            <w:r>
              <w:t xml:space="preserve"> </w:t>
            </w:r>
            <w:proofErr w:type="spellStart"/>
            <w:r>
              <w:t>oldalhoz</w:t>
            </w:r>
            <w:proofErr w:type="spellEnd"/>
            <w:r>
              <w:t xml:space="preserve">, </w:t>
            </w:r>
          </w:p>
          <w:p w14:paraId="117F2803" w14:textId="31F00052" w:rsidR="00F45CE4" w:rsidRDefault="00F45CE4" w:rsidP="00F45CE4"/>
        </w:tc>
        <w:tc>
          <w:tcPr>
            <w:tcW w:w="5245" w:type="dxa"/>
          </w:tcPr>
          <w:p w14:paraId="4012989C" w14:textId="4FB9B709" w:rsidR="00F45CE4" w:rsidRDefault="00712779" w:rsidP="00F45CE4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235C33B" wp14:editId="7CEB46B5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245745</wp:posOffset>
                  </wp:positionV>
                  <wp:extent cx="2450465" cy="1851660"/>
                  <wp:effectExtent l="0" t="0" r="6985" b="0"/>
                  <wp:wrapSquare wrapText="bothSides"/>
                  <wp:docPr id="135298844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988444" name="Kép 13529884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4.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Rögzítse</w:t>
            </w:r>
            <w:proofErr w:type="spellEnd"/>
            <w:r w:rsidR="00F45CE4">
              <w:t xml:space="preserve"> </w:t>
            </w:r>
            <w:proofErr w:type="spellStart"/>
            <w:r w:rsidR="00F45CE4">
              <w:t>az</w:t>
            </w:r>
            <w:proofErr w:type="spellEnd"/>
            <w:r w:rsidR="00F45CE4">
              <w:t xml:space="preserve"> </w:t>
            </w:r>
            <w:proofErr w:type="spellStart"/>
            <w:r w:rsidR="00F45CE4">
              <w:t>oldalakat</w:t>
            </w:r>
            <w:proofErr w:type="spellEnd"/>
            <w:r w:rsidR="00F45CE4">
              <w:t xml:space="preserve">. </w:t>
            </w:r>
            <w:proofErr w:type="spellStart"/>
            <w:r>
              <w:t>Oldalanként</w:t>
            </w:r>
            <w:proofErr w:type="spellEnd"/>
            <w:r>
              <w:t xml:space="preserve"> 2 </w:t>
            </w:r>
            <w:proofErr w:type="spellStart"/>
            <w:r>
              <w:t>csavarral</w:t>
            </w:r>
            <w:proofErr w:type="spellEnd"/>
            <w:r>
              <w:t xml:space="preserve"> a </w:t>
            </w:r>
            <w:proofErr w:type="spellStart"/>
            <w:r>
              <w:t>fejvéghez</w:t>
            </w:r>
            <w:proofErr w:type="spellEnd"/>
            <w:r>
              <w:t xml:space="preserve">, és 3  </w:t>
            </w:r>
            <w:proofErr w:type="spellStart"/>
            <w:r>
              <w:t>csavarral</w:t>
            </w:r>
            <w:proofErr w:type="spellEnd"/>
            <w:r>
              <w:t xml:space="preserve"> </w:t>
            </w:r>
            <w:proofErr w:type="spellStart"/>
            <w:r>
              <w:t>alulról</w:t>
            </w:r>
            <w:proofErr w:type="spellEnd"/>
            <w:r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also </w:t>
            </w:r>
            <w:proofErr w:type="spellStart"/>
            <w:r>
              <w:t>kerethez</w:t>
            </w:r>
            <w:proofErr w:type="spellEnd"/>
            <w:r>
              <w:t>.</w:t>
            </w:r>
          </w:p>
          <w:p w14:paraId="562EC019" w14:textId="0F447142" w:rsidR="00F45CE4" w:rsidRDefault="00F45CE4" w:rsidP="00F45CE4"/>
        </w:tc>
      </w:tr>
      <w:tr w:rsidR="00F45CE4" w14:paraId="0652066D" w14:textId="77777777" w:rsidTr="009652C6">
        <w:trPr>
          <w:trHeight w:val="2829"/>
        </w:trPr>
        <w:tc>
          <w:tcPr>
            <w:tcW w:w="5240" w:type="dxa"/>
          </w:tcPr>
          <w:p w14:paraId="56E87423" w14:textId="39FD6248" w:rsidR="00F45CE4" w:rsidRDefault="0048328D" w:rsidP="009652C6">
            <w:r w:rsidRPr="003844CD"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60EF4D3A" wp14:editId="4144C6C8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469265</wp:posOffset>
                  </wp:positionV>
                  <wp:extent cx="2052955" cy="1266825"/>
                  <wp:effectExtent l="0" t="0" r="4445" b="9525"/>
                  <wp:wrapTight wrapText="bothSides">
                    <wp:wrapPolygon edited="0">
                      <wp:start x="0" y="0"/>
                      <wp:lineTo x="0" y="21438"/>
                      <wp:lineTo x="21446" y="21438"/>
                      <wp:lineTo x="21446" y="0"/>
                      <wp:lineTo x="0" y="0"/>
                    </wp:wrapPolygon>
                  </wp:wrapTight>
                  <wp:docPr id="1499744347" name="Kép 10" descr="A képen vázlat, rajz, tervezés, illusztráció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685239" name="Kép 10" descr="A képen vázlat, rajz, tervezés, illusztráció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5.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Vágja</w:t>
            </w:r>
            <w:proofErr w:type="spellEnd"/>
            <w:r w:rsidR="00F45CE4">
              <w:t xml:space="preserve"> </w:t>
            </w:r>
            <w:proofErr w:type="spellStart"/>
            <w:r w:rsidR="00F45CE4">
              <w:t>el</w:t>
            </w:r>
            <w:proofErr w:type="spellEnd"/>
            <w:r w:rsidR="00F45CE4">
              <w:t xml:space="preserve"> a </w:t>
            </w:r>
            <w:proofErr w:type="spellStart"/>
            <w:r w:rsidR="00F45CE4">
              <w:t>gázteleszkópot</w:t>
            </w:r>
            <w:proofErr w:type="spellEnd"/>
            <w:r w:rsidR="00F45CE4">
              <w:t xml:space="preserve"> </w:t>
            </w:r>
            <w:proofErr w:type="spellStart"/>
            <w:r w:rsidR="00F45CE4">
              <w:t>tartó</w:t>
            </w:r>
            <w:proofErr w:type="spellEnd"/>
            <w:r w:rsidR="00F45CE4">
              <w:t xml:space="preserve"> </w:t>
            </w:r>
            <w:proofErr w:type="spellStart"/>
            <w:r w:rsidR="00F45CE4">
              <w:t>gyors</w:t>
            </w:r>
            <w:proofErr w:type="spellEnd"/>
            <w:r w:rsidR="00F45CE4">
              <w:t xml:space="preserve"> </w:t>
            </w:r>
            <w:proofErr w:type="spellStart"/>
            <w:r w:rsidR="00F45CE4">
              <w:t>kötözőt</w:t>
            </w:r>
            <w:proofErr w:type="spellEnd"/>
            <w:r w:rsidR="00F45CE4">
              <w:t xml:space="preserve">. </w:t>
            </w:r>
            <w:proofErr w:type="spellStart"/>
            <w:r w:rsidR="00F45CE4">
              <w:t>Tekerje</w:t>
            </w:r>
            <w:proofErr w:type="spellEnd"/>
            <w:r w:rsidR="00F45CE4">
              <w:t xml:space="preserve"> ki a </w:t>
            </w:r>
            <w:proofErr w:type="spellStart"/>
            <w:r w:rsidR="00F45CE4">
              <w:t>felső</w:t>
            </w:r>
            <w:proofErr w:type="spellEnd"/>
            <w:r w:rsidR="00F45CE4">
              <w:t xml:space="preserve"> </w:t>
            </w:r>
            <w:proofErr w:type="spellStart"/>
            <w:r w:rsidR="00F45CE4">
              <w:t>pontnál</w:t>
            </w:r>
            <w:proofErr w:type="spellEnd"/>
            <w:r w:rsidR="00F45CE4">
              <w:t xml:space="preserve"> a </w:t>
            </w:r>
            <w:proofErr w:type="spellStart"/>
            <w:r w:rsidR="00F45CE4">
              <w:t>rögzítő</w:t>
            </w:r>
            <w:proofErr w:type="spellEnd"/>
            <w:r w:rsidR="00F45CE4">
              <w:t xml:space="preserve"> </w:t>
            </w:r>
            <w:proofErr w:type="spellStart"/>
            <w:r w:rsidR="00F45CE4">
              <w:t>csavart</w:t>
            </w:r>
            <w:proofErr w:type="spellEnd"/>
            <w:r w:rsidR="00F45CE4">
              <w:t xml:space="preserve">, </w:t>
            </w:r>
            <w:proofErr w:type="spellStart"/>
            <w:r w:rsidR="00F45CE4">
              <w:t>majd</w:t>
            </w:r>
            <w:proofErr w:type="spellEnd"/>
            <w:r w:rsidR="00F45CE4">
              <w:t xml:space="preserve"> </w:t>
            </w:r>
            <w:proofErr w:type="spellStart"/>
            <w:r w:rsidR="00F45CE4">
              <w:t>rögzítse</w:t>
            </w:r>
            <w:proofErr w:type="spellEnd"/>
            <w:r w:rsidR="00F45CE4">
              <w:t xml:space="preserve"> a </w:t>
            </w:r>
            <w:proofErr w:type="spellStart"/>
            <w:r w:rsidR="00F45CE4">
              <w:t>teleszkópot</w:t>
            </w:r>
            <w:proofErr w:type="spellEnd"/>
            <w:r w:rsidR="00F45CE4">
              <w:t xml:space="preserve"> a </w:t>
            </w:r>
            <w:proofErr w:type="spellStart"/>
            <w:r w:rsidR="00F45CE4">
              <w:t>nyitott</w:t>
            </w:r>
            <w:proofErr w:type="spellEnd"/>
            <w:r w:rsidR="00F45CE4">
              <w:t xml:space="preserve"> </w:t>
            </w:r>
            <w:proofErr w:type="spellStart"/>
            <w:r w:rsidR="00F45CE4">
              <w:t>állapotú</w:t>
            </w:r>
            <w:proofErr w:type="spellEnd"/>
            <w:r w:rsidR="00F45CE4">
              <w:t xml:space="preserve"> </w:t>
            </w:r>
            <w:proofErr w:type="spellStart"/>
            <w:r w:rsidR="00F45CE4">
              <w:t>vasalat</w:t>
            </w:r>
            <w:proofErr w:type="spellEnd"/>
            <w:r w:rsidR="00F45CE4">
              <w:t xml:space="preserve"> </w:t>
            </w:r>
            <w:proofErr w:type="spellStart"/>
            <w:r w:rsidR="00F45CE4">
              <w:t>felső</w:t>
            </w:r>
            <w:proofErr w:type="spellEnd"/>
            <w:r w:rsidR="00F45CE4">
              <w:t xml:space="preserve"> </w:t>
            </w:r>
            <w:proofErr w:type="spellStart"/>
            <w:r w:rsidR="00F45CE4">
              <w:t>részéhez</w:t>
            </w:r>
            <w:proofErr w:type="spellEnd"/>
            <w:r w:rsidR="00F45CE4">
              <w:t>.</w:t>
            </w:r>
            <w:r w:rsidR="00F45CE4">
              <w:br/>
            </w:r>
          </w:p>
        </w:tc>
        <w:tc>
          <w:tcPr>
            <w:tcW w:w="5245" w:type="dxa"/>
          </w:tcPr>
          <w:p w14:paraId="2EBC3BE2" w14:textId="4EF3DD95" w:rsidR="00F45CE4" w:rsidRDefault="0048328D" w:rsidP="009652C6">
            <w:r w:rsidRPr="003844CD">
              <w:rPr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 wp14:anchorId="18E88B74" wp14:editId="474C2CEF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384175</wp:posOffset>
                  </wp:positionV>
                  <wp:extent cx="219202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00" y="21296"/>
                      <wp:lineTo x="21400" y="0"/>
                      <wp:lineTo x="0" y="0"/>
                    </wp:wrapPolygon>
                  </wp:wrapTight>
                  <wp:docPr id="1505295885" name="Kép 11" descr="A képen vázlat, rajz, diagram, Műszaki rajz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21452" name="Kép 11" descr="A képen vázlat, rajz, diagram, Műszaki rajz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6.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Rögzítse</w:t>
            </w:r>
            <w:proofErr w:type="spellEnd"/>
            <w:r w:rsidR="00F45CE4">
              <w:t xml:space="preserve"> a </w:t>
            </w:r>
            <w:proofErr w:type="spellStart"/>
            <w:r w:rsidR="00F45CE4">
              <w:t>matractartó</w:t>
            </w:r>
            <w:proofErr w:type="spellEnd"/>
            <w:r w:rsidR="00F45CE4">
              <w:t xml:space="preserve"> </w:t>
            </w:r>
            <w:proofErr w:type="spellStart"/>
            <w:r w:rsidR="00F45CE4">
              <w:t>keretet</w:t>
            </w:r>
            <w:proofErr w:type="spellEnd"/>
            <w:r w:rsidR="00F45CE4">
              <w:t xml:space="preserve"> a </w:t>
            </w:r>
            <w:proofErr w:type="spellStart"/>
            <w:r w:rsidR="00F45CE4">
              <w:t>szerelvény</w:t>
            </w:r>
            <w:proofErr w:type="spellEnd"/>
            <w:r w:rsidR="00F45CE4">
              <w:t xml:space="preserve"> </w:t>
            </w:r>
            <w:proofErr w:type="spellStart"/>
            <w:r w:rsidR="00F45CE4">
              <w:t>csomagban</w:t>
            </w:r>
            <w:proofErr w:type="spellEnd"/>
            <w:r w:rsidR="00F45CE4">
              <w:t xml:space="preserve"> </w:t>
            </w:r>
            <w:proofErr w:type="spellStart"/>
            <w:r w:rsidR="00F45CE4">
              <w:t>található</w:t>
            </w:r>
            <w:proofErr w:type="spellEnd"/>
            <w:r w:rsidR="00F45CE4">
              <w:t xml:space="preserve"> M</w:t>
            </w:r>
            <w:r w:rsidR="007740A0">
              <w:t>6</w:t>
            </w:r>
            <w:r w:rsidR="00F45CE4">
              <w:t xml:space="preserve">x45 </w:t>
            </w:r>
            <w:proofErr w:type="spellStart"/>
            <w:r w:rsidR="00F45CE4">
              <w:t>laposfejű</w:t>
            </w:r>
            <w:proofErr w:type="spellEnd"/>
            <w:r w:rsidR="00F45CE4">
              <w:t xml:space="preserve"> </w:t>
            </w:r>
            <w:proofErr w:type="spellStart"/>
            <w:r w:rsidR="00F45CE4">
              <w:t>csavarokkal</w:t>
            </w:r>
            <w:proofErr w:type="spellEnd"/>
            <w:r w:rsidR="00F45CE4">
              <w:t xml:space="preserve">. </w:t>
            </w:r>
            <w:proofErr w:type="spellStart"/>
            <w:r w:rsidR="00F45CE4">
              <w:t>Ehhez</w:t>
            </w:r>
            <w:proofErr w:type="spellEnd"/>
            <w:r w:rsidR="00F45CE4">
              <w:t xml:space="preserve"> minimum </w:t>
            </w:r>
            <w:proofErr w:type="spellStart"/>
            <w:r w:rsidR="00F45CE4">
              <w:t>két</w:t>
            </w:r>
            <w:proofErr w:type="spellEnd"/>
            <w:r w:rsidR="00F45CE4">
              <w:t xml:space="preserve"> ember </w:t>
            </w:r>
            <w:proofErr w:type="spellStart"/>
            <w:r w:rsidR="00F45CE4">
              <w:t>szükséges</w:t>
            </w:r>
            <w:proofErr w:type="spellEnd"/>
            <w:r w:rsidR="00F45CE4">
              <w:t>.</w:t>
            </w:r>
          </w:p>
        </w:tc>
      </w:tr>
      <w:tr w:rsidR="00F45CE4" w14:paraId="71774E4E" w14:textId="77777777" w:rsidTr="00DF0173">
        <w:trPr>
          <w:trHeight w:val="2517"/>
        </w:trPr>
        <w:tc>
          <w:tcPr>
            <w:tcW w:w="5240" w:type="dxa"/>
          </w:tcPr>
          <w:p w14:paraId="0EC2B81F" w14:textId="5AC86A32" w:rsidR="007956B8" w:rsidRPr="007956B8" w:rsidRDefault="007956B8" w:rsidP="007956B8">
            <w:r w:rsidRPr="007956B8">
              <w:drawing>
                <wp:anchor distT="0" distB="0" distL="114300" distR="114300" simplePos="0" relativeHeight="251679744" behindDoc="1" locked="0" layoutInCell="1" allowOverlap="1" wp14:anchorId="5BA2C740" wp14:editId="6567D0F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228600</wp:posOffset>
                  </wp:positionV>
                  <wp:extent cx="2037080" cy="1304925"/>
                  <wp:effectExtent l="0" t="0" r="1270" b="9525"/>
                  <wp:wrapTight wrapText="bothSides">
                    <wp:wrapPolygon edited="0">
                      <wp:start x="0" y="0"/>
                      <wp:lineTo x="0" y="21442"/>
                      <wp:lineTo x="21411" y="21442"/>
                      <wp:lineTo x="21411" y="0"/>
                      <wp:lineTo x="0" y="0"/>
                    </wp:wrapPolygon>
                  </wp:wrapTight>
                  <wp:docPr id="1953773689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56B8">
              <w:rPr>
                <w:b/>
                <w:bCs/>
              </w:rPr>
              <w:t xml:space="preserve">7. </w:t>
            </w:r>
            <w:proofErr w:type="spellStart"/>
            <w:r w:rsidRPr="007956B8">
              <w:rPr>
                <w:b/>
                <w:bCs/>
              </w:rPr>
              <w:t>lépés</w:t>
            </w:r>
            <w:proofErr w:type="spellEnd"/>
            <w:r w:rsidRPr="007956B8">
              <w:rPr>
                <w:b/>
                <w:bCs/>
              </w:rPr>
              <w:t>:</w:t>
            </w:r>
            <w:r w:rsidRPr="007956B8">
              <w:t xml:space="preserve"> Tolja be a </w:t>
            </w:r>
            <w:proofErr w:type="spellStart"/>
            <w:r w:rsidRPr="007956B8">
              <w:t>fenéklemezeket</w:t>
            </w:r>
            <w:proofErr w:type="spellEnd"/>
            <w:r w:rsidRPr="007956B8">
              <w:t xml:space="preserve"> a </w:t>
            </w:r>
            <w:proofErr w:type="spellStart"/>
            <w:r w:rsidRPr="007956B8">
              <w:t>helyükre</w:t>
            </w:r>
            <w:proofErr w:type="spellEnd"/>
            <w:r w:rsidRPr="007956B8">
              <w:t xml:space="preserve">, </w:t>
            </w:r>
            <w:proofErr w:type="spellStart"/>
            <w:r w:rsidRPr="007956B8">
              <w:t>majd</w:t>
            </w:r>
            <w:proofErr w:type="spellEnd"/>
            <w:r w:rsidRPr="007956B8">
              <w:t xml:space="preserve"> </w:t>
            </w:r>
            <w:proofErr w:type="spellStart"/>
            <w:r w:rsidRPr="007956B8">
              <w:t>csavarozza</w:t>
            </w:r>
            <w:proofErr w:type="spellEnd"/>
            <w:r w:rsidRPr="007956B8">
              <w:t xml:space="preserve"> be </w:t>
            </w:r>
            <w:proofErr w:type="spellStart"/>
            <w:r w:rsidRPr="007956B8">
              <w:t>föléje</w:t>
            </w:r>
            <w:proofErr w:type="spellEnd"/>
            <w:r w:rsidRPr="007956B8">
              <w:t xml:space="preserve"> a </w:t>
            </w:r>
            <w:proofErr w:type="spellStart"/>
            <w:r w:rsidRPr="007956B8">
              <w:t>lemezlefogató</w:t>
            </w:r>
            <w:proofErr w:type="spellEnd"/>
            <w:r w:rsidRPr="007956B8">
              <w:t xml:space="preserve"> </w:t>
            </w:r>
            <w:proofErr w:type="spellStart"/>
            <w:r w:rsidRPr="007956B8">
              <w:t>műanyagot</w:t>
            </w:r>
            <w:proofErr w:type="spellEnd"/>
            <w:r w:rsidRPr="007956B8">
              <w:t>..</w:t>
            </w:r>
            <w:r w:rsidRPr="007956B8">
              <w:br/>
            </w:r>
          </w:p>
          <w:p w14:paraId="050578A2" w14:textId="37FECDB8" w:rsidR="00F45CE4" w:rsidRDefault="00F45CE4" w:rsidP="00F45CE4">
            <w:r>
              <w:br/>
            </w:r>
          </w:p>
          <w:p w14:paraId="13CD355A" w14:textId="77777777" w:rsidR="00F45CE4" w:rsidRDefault="00F45CE4" w:rsidP="00F45CE4"/>
        </w:tc>
        <w:tc>
          <w:tcPr>
            <w:tcW w:w="5245" w:type="dxa"/>
          </w:tcPr>
          <w:p w14:paraId="5E7C0A45" w14:textId="135EDB38" w:rsidR="00F45CE4" w:rsidRDefault="00712779" w:rsidP="00F45CE4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7672C7A" wp14:editId="3E83E8DA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204470</wp:posOffset>
                  </wp:positionV>
                  <wp:extent cx="2221865" cy="1318895"/>
                  <wp:effectExtent l="0" t="0" r="6985" b="0"/>
                  <wp:wrapSquare wrapText="bothSides"/>
                  <wp:docPr id="144230570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05703" name="Kép 14423057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8.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Rögzítse</w:t>
            </w:r>
            <w:proofErr w:type="spellEnd"/>
            <w:r w:rsidR="00F45CE4">
              <w:t xml:space="preserve"> a </w:t>
            </w:r>
            <w:proofErr w:type="spellStart"/>
            <w:r w:rsidR="00F45CE4">
              <w:t>lábvéget</w:t>
            </w:r>
            <w:proofErr w:type="spellEnd"/>
            <w:r w:rsidR="00F45CE4">
              <w:t xml:space="preserve"> </w:t>
            </w:r>
            <w:r>
              <w:t xml:space="preserve">3x2 </w:t>
            </w:r>
            <w:proofErr w:type="spellStart"/>
            <w:r>
              <w:t>csavarral</w:t>
            </w:r>
            <w:proofErr w:type="spellEnd"/>
            <w:r>
              <w:t xml:space="preserve"> a </w:t>
            </w:r>
            <w:proofErr w:type="spellStart"/>
            <w:r>
              <w:t>hosszú</w:t>
            </w:r>
            <w:proofErr w:type="spellEnd"/>
            <w:r>
              <w:t xml:space="preserve"> </w:t>
            </w:r>
            <w:proofErr w:type="spellStart"/>
            <w:r>
              <w:t>elemekhez</w:t>
            </w:r>
            <w:proofErr w:type="spellEnd"/>
            <w:r w:rsidR="007740A0">
              <w:t>.</w:t>
            </w:r>
            <w:r w:rsidR="00F45CE4">
              <w:br/>
            </w:r>
          </w:p>
          <w:p w14:paraId="4284888D" w14:textId="77777777" w:rsidR="00F45CE4" w:rsidRDefault="00F45CE4" w:rsidP="00F45CE4"/>
        </w:tc>
      </w:tr>
      <w:tr w:rsidR="00F45CE4" w14:paraId="2786C29E" w14:textId="77777777" w:rsidTr="00577466">
        <w:tc>
          <w:tcPr>
            <w:tcW w:w="5240" w:type="dxa"/>
          </w:tcPr>
          <w:p w14:paraId="14161E88" w14:textId="394A7EF6" w:rsidR="00F45CE4" w:rsidRDefault="000F36CE" w:rsidP="00F45CE4">
            <w:r w:rsidRPr="003844CD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 wp14:anchorId="2F9DF749" wp14:editId="33C64B82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13335</wp:posOffset>
                  </wp:positionV>
                  <wp:extent cx="2285365" cy="1409700"/>
                  <wp:effectExtent l="0" t="0" r="635" b="0"/>
                  <wp:wrapTight wrapText="bothSides">
                    <wp:wrapPolygon edited="0">
                      <wp:start x="0" y="0"/>
                      <wp:lineTo x="0" y="21308"/>
                      <wp:lineTo x="21426" y="21308"/>
                      <wp:lineTo x="21426" y="0"/>
                      <wp:lineTo x="0" y="0"/>
                    </wp:wrapPolygon>
                  </wp:wrapTight>
                  <wp:docPr id="658065049" name="Kép 14" descr="A képen vázlat, rajz, tervezés, Téglalap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65049" name="Kép 14" descr="A képen vázlat, rajz, tervezés, Téglalap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9.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Rögzítse</w:t>
            </w:r>
            <w:proofErr w:type="spellEnd"/>
            <w:r w:rsidR="00F45CE4">
              <w:t xml:space="preserve"> a </w:t>
            </w:r>
            <w:proofErr w:type="spellStart"/>
            <w:r w:rsidR="00F45CE4">
              <w:t>matractartót</w:t>
            </w:r>
            <w:proofErr w:type="spellEnd"/>
            <w:r w:rsidR="00F45CE4">
              <w:t xml:space="preserve"> 2-2 </w:t>
            </w:r>
            <w:proofErr w:type="spellStart"/>
            <w:r w:rsidR="00F45CE4">
              <w:t>önmetsző</w:t>
            </w:r>
            <w:proofErr w:type="spellEnd"/>
            <w:r w:rsidR="00F45CE4">
              <w:t xml:space="preserve"> </w:t>
            </w:r>
            <w:proofErr w:type="spellStart"/>
            <w:r w:rsidR="00F45CE4">
              <w:t>csavarral</w:t>
            </w:r>
            <w:proofErr w:type="spellEnd"/>
            <w:r w:rsidR="00F45CE4">
              <w:t xml:space="preserve"> </w:t>
            </w:r>
            <w:proofErr w:type="spellStart"/>
            <w:r w:rsidR="00F45CE4">
              <w:t>az</w:t>
            </w:r>
            <w:proofErr w:type="spellEnd"/>
            <w:r w:rsidR="00F45CE4">
              <w:t xml:space="preserve"> </w:t>
            </w:r>
            <w:proofErr w:type="spellStart"/>
            <w:r w:rsidR="00F45CE4">
              <w:t>előre</w:t>
            </w:r>
            <w:proofErr w:type="spellEnd"/>
            <w:r w:rsidR="00F45CE4">
              <w:t xml:space="preserve"> </w:t>
            </w:r>
            <w:proofErr w:type="spellStart"/>
            <w:r w:rsidR="00F45CE4">
              <w:t>kifúrt</w:t>
            </w:r>
            <w:proofErr w:type="spellEnd"/>
            <w:r w:rsidR="00F45CE4">
              <w:t xml:space="preserve"> </w:t>
            </w:r>
            <w:proofErr w:type="spellStart"/>
            <w:r w:rsidR="00F45CE4">
              <w:t>helyeken</w:t>
            </w:r>
            <w:proofErr w:type="spellEnd"/>
            <w:r w:rsidR="00F45CE4">
              <w:t>.</w:t>
            </w:r>
          </w:p>
          <w:p w14:paraId="0903F250" w14:textId="77777777" w:rsidR="00F45CE4" w:rsidRDefault="00F45CE4" w:rsidP="00F45CE4"/>
        </w:tc>
        <w:tc>
          <w:tcPr>
            <w:tcW w:w="5245" w:type="dxa"/>
          </w:tcPr>
          <w:p w14:paraId="00A77D88" w14:textId="7899F132" w:rsidR="00F45CE4" w:rsidRDefault="000F36CE" w:rsidP="00F45CE4">
            <w:r w:rsidRPr="003844CD">
              <w:rPr>
                <w:b/>
                <w:bCs/>
                <w:noProof/>
              </w:rPr>
              <w:drawing>
                <wp:anchor distT="0" distB="0" distL="114300" distR="114300" simplePos="0" relativeHeight="251667456" behindDoc="1" locked="0" layoutInCell="1" allowOverlap="1" wp14:anchorId="34877677" wp14:editId="328D313D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64770</wp:posOffset>
                  </wp:positionV>
                  <wp:extent cx="217805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348" y="21447"/>
                      <wp:lineTo x="21348" y="0"/>
                      <wp:lineTo x="0" y="0"/>
                    </wp:wrapPolygon>
                  </wp:wrapTight>
                  <wp:docPr id="1179102158" name="Kép 15" descr="A képen vázlat, rajz, tervezés, Téglalap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02158" name="Kép 15" descr="A képen vázlat, rajz, tervezés, Téglalap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E4" w:rsidRPr="003844CD">
              <w:rPr>
                <w:b/>
                <w:bCs/>
              </w:rPr>
              <w:t xml:space="preserve">10. </w:t>
            </w:r>
            <w:proofErr w:type="spellStart"/>
            <w:r w:rsidR="00F45CE4" w:rsidRPr="003844CD">
              <w:rPr>
                <w:b/>
                <w:bCs/>
              </w:rPr>
              <w:t>lépés</w:t>
            </w:r>
            <w:proofErr w:type="spellEnd"/>
            <w:r w:rsidR="00F45CE4" w:rsidRPr="003844CD">
              <w:rPr>
                <w:b/>
                <w:bCs/>
              </w:rPr>
              <w:t>:</w:t>
            </w:r>
            <w:r w:rsidR="00F45CE4">
              <w:t xml:space="preserve"> </w:t>
            </w:r>
            <w:proofErr w:type="spellStart"/>
            <w:r w:rsidR="00F45CE4">
              <w:t>Csúsztassa</w:t>
            </w:r>
            <w:proofErr w:type="spellEnd"/>
            <w:r w:rsidR="00F45CE4">
              <w:t xml:space="preserve"> be a </w:t>
            </w:r>
            <w:proofErr w:type="spellStart"/>
            <w:r w:rsidR="00F45CE4">
              <w:t>fejvéget</w:t>
            </w:r>
            <w:proofErr w:type="spellEnd"/>
            <w:r w:rsidR="00F45CE4">
              <w:t xml:space="preserve">, és </w:t>
            </w:r>
            <w:proofErr w:type="spellStart"/>
            <w:r w:rsidR="00F45CE4">
              <w:t>helyezze</w:t>
            </w:r>
            <w:proofErr w:type="spellEnd"/>
            <w:r w:rsidR="00F45CE4">
              <w:t xml:space="preserve"> </w:t>
            </w:r>
            <w:proofErr w:type="spellStart"/>
            <w:r w:rsidR="00F45CE4">
              <w:t>rá</w:t>
            </w:r>
            <w:proofErr w:type="spellEnd"/>
            <w:r w:rsidR="00F45CE4">
              <w:t xml:space="preserve"> a </w:t>
            </w:r>
            <w:proofErr w:type="spellStart"/>
            <w:r w:rsidR="00F45CE4">
              <w:t>matracot</w:t>
            </w:r>
            <w:proofErr w:type="spellEnd"/>
            <w:r w:rsidR="007740A0">
              <w:t>.</w:t>
            </w:r>
            <w:r w:rsidR="00F45CE4">
              <w:br/>
            </w:r>
          </w:p>
          <w:p w14:paraId="777390CB" w14:textId="77777777" w:rsidR="00F45CE4" w:rsidRDefault="00F45CE4" w:rsidP="00F45CE4"/>
        </w:tc>
      </w:tr>
    </w:tbl>
    <w:p w14:paraId="7736154A" w14:textId="3C320880" w:rsidR="00F45CE4" w:rsidRPr="00F45CE4" w:rsidRDefault="00F45CE4" w:rsidP="000F730C"/>
    <w:sectPr w:rsidR="00F45CE4" w:rsidRPr="00F45CE4" w:rsidSect="00E3640A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86718530">
    <w:abstractNumId w:val="8"/>
  </w:num>
  <w:num w:numId="2" w16cid:durableId="973944575">
    <w:abstractNumId w:val="6"/>
  </w:num>
  <w:num w:numId="3" w16cid:durableId="873083335">
    <w:abstractNumId w:val="5"/>
  </w:num>
  <w:num w:numId="4" w16cid:durableId="328949868">
    <w:abstractNumId w:val="4"/>
  </w:num>
  <w:num w:numId="5" w16cid:durableId="106659685">
    <w:abstractNumId w:val="7"/>
  </w:num>
  <w:num w:numId="6" w16cid:durableId="835265185">
    <w:abstractNumId w:val="3"/>
  </w:num>
  <w:num w:numId="7" w16cid:durableId="1506625074">
    <w:abstractNumId w:val="2"/>
  </w:num>
  <w:num w:numId="8" w16cid:durableId="665137061">
    <w:abstractNumId w:val="1"/>
  </w:num>
  <w:num w:numId="9" w16cid:durableId="929314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1F47"/>
    <w:rsid w:val="00045158"/>
    <w:rsid w:val="0006063C"/>
    <w:rsid w:val="000A1FFE"/>
    <w:rsid w:val="000F36CE"/>
    <w:rsid w:val="000F730C"/>
    <w:rsid w:val="0012335E"/>
    <w:rsid w:val="0015074B"/>
    <w:rsid w:val="001731A9"/>
    <w:rsid w:val="0018638F"/>
    <w:rsid w:val="001C4090"/>
    <w:rsid w:val="001C7C20"/>
    <w:rsid w:val="001F3117"/>
    <w:rsid w:val="0020101F"/>
    <w:rsid w:val="00291195"/>
    <w:rsid w:val="0029639D"/>
    <w:rsid w:val="002D11A8"/>
    <w:rsid w:val="002D503C"/>
    <w:rsid w:val="002F130D"/>
    <w:rsid w:val="003146E6"/>
    <w:rsid w:val="00326F90"/>
    <w:rsid w:val="00357699"/>
    <w:rsid w:val="003844CD"/>
    <w:rsid w:val="003D25D9"/>
    <w:rsid w:val="003E621F"/>
    <w:rsid w:val="00427998"/>
    <w:rsid w:val="004347FC"/>
    <w:rsid w:val="00474849"/>
    <w:rsid w:val="0048328D"/>
    <w:rsid w:val="00506B34"/>
    <w:rsid w:val="0056143F"/>
    <w:rsid w:val="00563E91"/>
    <w:rsid w:val="00577466"/>
    <w:rsid w:val="005955FB"/>
    <w:rsid w:val="005B00FC"/>
    <w:rsid w:val="00636F57"/>
    <w:rsid w:val="00664547"/>
    <w:rsid w:val="006F2CBD"/>
    <w:rsid w:val="00712779"/>
    <w:rsid w:val="007208B2"/>
    <w:rsid w:val="00742F59"/>
    <w:rsid w:val="00766387"/>
    <w:rsid w:val="007740A0"/>
    <w:rsid w:val="00790259"/>
    <w:rsid w:val="007956B8"/>
    <w:rsid w:val="007A0D1B"/>
    <w:rsid w:val="007F7FD0"/>
    <w:rsid w:val="0082598A"/>
    <w:rsid w:val="00832F27"/>
    <w:rsid w:val="00854FE3"/>
    <w:rsid w:val="0088615C"/>
    <w:rsid w:val="00895C1B"/>
    <w:rsid w:val="008B0955"/>
    <w:rsid w:val="009218ED"/>
    <w:rsid w:val="00936CA0"/>
    <w:rsid w:val="009652C6"/>
    <w:rsid w:val="009837C0"/>
    <w:rsid w:val="00A96559"/>
    <w:rsid w:val="00AA1D8D"/>
    <w:rsid w:val="00AB16F5"/>
    <w:rsid w:val="00AC63B0"/>
    <w:rsid w:val="00B21CD0"/>
    <w:rsid w:val="00B47730"/>
    <w:rsid w:val="00BB720E"/>
    <w:rsid w:val="00BD7B58"/>
    <w:rsid w:val="00BF4DDB"/>
    <w:rsid w:val="00C23DE3"/>
    <w:rsid w:val="00C27743"/>
    <w:rsid w:val="00CB0664"/>
    <w:rsid w:val="00CB302E"/>
    <w:rsid w:val="00CB5186"/>
    <w:rsid w:val="00CD7ED5"/>
    <w:rsid w:val="00CF7534"/>
    <w:rsid w:val="00D43DC1"/>
    <w:rsid w:val="00D9318E"/>
    <w:rsid w:val="00DB7138"/>
    <w:rsid w:val="00DF0173"/>
    <w:rsid w:val="00E3640A"/>
    <w:rsid w:val="00E45B8F"/>
    <w:rsid w:val="00E4624B"/>
    <w:rsid w:val="00EB05AC"/>
    <w:rsid w:val="00EC5EB6"/>
    <w:rsid w:val="00F25334"/>
    <w:rsid w:val="00F45CE4"/>
    <w:rsid w:val="00F708D1"/>
    <w:rsid w:val="00F748AA"/>
    <w:rsid w:val="00F84651"/>
    <w:rsid w:val="00F90224"/>
    <w:rsid w:val="00F96260"/>
    <w:rsid w:val="00FB26AA"/>
    <w:rsid w:val="00FC693F"/>
    <w:rsid w:val="00FC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787DF4"/>
  <w14:defaultImageDpi w14:val="300"/>
  <w15:docId w15:val="{E2388786-081F-478A-8C6E-47B22A01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Kolozsvári Zsolt</cp:lastModifiedBy>
  <cp:revision>2</cp:revision>
  <cp:lastPrinted>2026-05-12T10:20:00Z</cp:lastPrinted>
  <dcterms:created xsi:type="dcterms:W3CDTF">2026-05-18T06:22:00Z</dcterms:created>
  <dcterms:modified xsi:type="dcterms:W3CDTF">2026-05-18T06:22:00Z</dcterms:modified>
  <cp:category/>
</cp:coreProperties>
</file>